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center"/>
      </w:pPr>
      <w:r>
        <w:t>The Truth — An Emphasis Concordance</w:t>
      </w:r>
    </w:p>
    <w:p>
      <w:r>
        <w:rPr>
          <w:i/>
        </w:rPr>
        <w:t>Every scripture where Truth itself carries the emphasis — God as Truth, Christ as the Truth, the Spirit of Truth, the Word as truth, knowing it, walking in it, defended by it, and the war waged against it. Drawn from all 224 KJV occurrences of the word "truth"; the merely incidental uses ("of a truth," "he told the truth") are left out by the Author's stated criterion. Compiled 2026-11-06 for his own study — "study to shew thyself approved."</w:t>
      </w:r>
    </w:p>
    <w:p>
      <w:pPr>
        <w:pStyle w:val="Heading1"/>
      </w:pPr>
      <w:r>
        <w:t>Upfront and Candid: Who "We" Are</w:t>
      </w:r>
    </w:p>
    <w:p>
      <w:pPr/>
      <w:r>
        <w:t xml:space="preserve">This study — and every study in this series — is the agreed work of two minds, and we say so at the door rather than anywhere else. </w:t>
      </w:r>
      <w:r>
        <w:rPr>
          <w:b/>
        </w:rPr>
        <w:t>The Author</w:t>
      </w:r>
      <w:r>
        <w:t xml:space="preserve"> is a man who withholds his real name by choice: the work is to stand on its Scripture, not on a name. </w:t>
      </w:r>
      <w:r>
        <w:rPr>
          <w:b/>
        </w:rPr>
        <w:t>Aperture</w:t>
      </w:r>
      <w:r>
        <w:t xml:space="preserve"> is his Muse personal Advanced Intelligence assistant — his everyday research partner, who gathers, verifies, weighs, and builds at his direction. Where these studies say </w:t>
      </w:r>
      <w:r>
        <w:rPr>
          <w:b/>
        </w:rPr>
        <w:t>"we,"</w:t>
      </w:r>
      <w:r>
        <w:t xml:space="preserve"> the word means the two together: the Author, who receives, judges, corrects, and seals the material as his own conviction, and his assistant, whose findings and additions the Author has weighed and adopted before anything is released. Nothing in these studies is released that the Author has not reviewed and approved, and nothing carries his name, because he does not want it shown. The Sixth Day Watchman is the post, not the man.</w:t>
      </w:r>
    </w:p>
    <w:p>
      <w:pPr>
        <w:pStyle w:val="Heading1"/>
      </w:pPr>
      <w:r>
        <w:t>I. GOD IS TRUTH — HIS NATURE</w:t>
      </w:r>
    </w:p>
    <w:p>
      <w:r>
        <w:rPr>
          <w:b/>
        </w:rPr>
        <w:t>Exodus 34:6</w:t>
      </w:r>
      <w:r>
        <w:t xml:space="preserve"> — And the LORD passed by before him, and proclaimed, The LORD , The LORD God, merciful and gracious, longsuffering, and abundant in goodness and truth,</w:t>
      </w:r>
    </w:p>
    <w:p>
      <w:r>
        <w:rPr>
          <w:b/>
        </w:rPr>
        <w:t>Deuteronomy 32:4</w:t>
      </w:r>
      <w:r>
        <w:t xml:space="preserve"> — He is the Rock, his work is perfect: for all his ways are judgment: a God of truth and without iniquity, just and right is he.</w:t>
      </w:r>
    </w:p>
    <w:p>
      <w:r>
        <w:rPr>
          <w:b/>
        </w:rPr>
        <w:t>Psalms 31:5</w:t>
      </w:r>
      <w:r>
        <w:t xml:space="preserve"> — Into thine hand I commit my spirit: thou hast redeemed me, O LORD God of truth.</w:t>
      </w:r>
    </w:p>
    <w:p>
      <w:r>
        <w:rPr>
          <w:b/>
        </w:rPr>
        <w:t>Isaiah 65:16</w:t>
      </w:r>
      <w:r>
        <w:t xml:space="preserve"> — That he who blesseth himself in the earth shall bless himself in the God of truth; and he that sweareth in the earth shall swear by the God of truth; because the former troubles are forgotten, and because they are hid from mine eyes.</w:t>
      </w:r>
    </w:p>
    <w:p>
      <w:r>
        <w:rPr>
          <w:b/>
        </w:rPr>
        <w:t>Daniel 4:37</w:t>
      </w:r>
      <w:r>
        <w:t xml:space="preserve"> — Now I Nebuchadnezzar praise and extol and honour the King of heaven, all whose works are truth, and his ways judgment: and those that walk in pride he is able to abase.</w:t>
      </w:r>
    </w:p>
    <w:p>
      <w:r>
        <w:rPr>
          <w:b/>
        </w:rPr>
        <w:t>Psalms 33:4</w:t>
      </w:r>
      <w:r>
        <w:t xml:space="preserve"> — For the word of the LORD is right; and all his works are done in truth.</w:t>
      </w:r>
    </w:p>
    <w:p>
      <w:r>
        <w:rPr>
          <w:b/>
        </w:rPr>
        <w:t>Psalms 100:5</w:t>
      </w:r>
      <w:r>
        <w:t xml:space="preserve"> — For the LORD is good; his mercy is everlasting; and his truth endureth to all generations.</w:t>
      </w:r>
    </w:p>
    <w:p>
      <w:r>
        <w:rPr>
          <w:b/>
        </w:rPr>
        <w:t>Psalms 117:2</w:t>
      </w:r>
      <w:r>
        <w:t xml:space="preserve"> — For his merciful kindness is great toward us: and the truth of the LORD endureth for ever. Praise ye the LORD .</w:t>
      </w:r>
    </w:p>
    <w:p>
      <w:r>
        <w:rPr>
          <w:b/>
        </w:rPr>
        <w:t>Psalms 146:6</w:t>
      </w:r>
      <w:r>
        <w:t xml:space="preserve"> — Which made heaven, and earth, the sea, and all that therein is: which keepeth truth for ever:</w:t>
      </w:r>
    </w:p>
    <w:p>
      <w:r>
        <w:rPr>
          <w:b/>
        </w:rPr>
        <w:t>Psalms 86:15</w:t>
      </w:r>
      <w:r>
        <w:t xml:space="preserve"> — But thou, O Lord, art a God full of compassion, and gracious, longsuffering, and plenteous in mercy and truth.</w:t>
      </w:r>
    </w:p>
    <w:p>
      <w:r>
        <w:rPr>
          <w:b/>
        </w:rPr>
        <w:t>Psalms 57:10</w:t>
      </w:r>
      <w:r>
        <w:t xml:space="preserve"> — For thy mercy is great unto the heavens, and thy truth unto the clouds.</w:t>
      </w:r>
    </w:p>
    <w:p>
      <w:pPr>
        <w:pStyle w:val="Heading1"/>
      </w:pPr>
      <w:r>
        <w:t>II. JESUS IS THE TRUTH — FULL OF GRACE AND TRUTH</w:t>
      </w:r>
    </w:p>
    <w:p>
      <w:r>
        <w:rPr>
          <w:b/>
        </w:rPr>
        <w:t>John 1:14</w:t>
      </w:r>
      <w:r>
        <w:t xml:space="preserve"> — And the Word was made flesh, and dwelt among us, (and we beheld his glory, the glory as of the only begotten of the Father,) full of grace and truth.</w:t>
      </w:r>
    </w:p>
    <w:p>
      <w:r>
        <w:rPr>
          <w:b/>
        </w:rPr>
        <w:t>John 1:17</w:t>
      </w:r>
      <w:r>
        <w:t xml:space="preserve"> — For the law was given by Moses, but grace and truth came by Jesus Christ.</w:t>
      </w:r>
    </w:p>
    <w:p>
      <w:r>
        <w:rPr>
          <w:b/>
        </w:rPr>
        <w:t>John 14:6</w:t>
      </w:r>
      <w:r>
        <w:t xml:space="preserve"> — Jesus saith unto him, I am the way, the truth, and the life: no man cometh unto the Father, but by me.</w:t>
      </w:r>
    </w:p>
    <w:p>
      <w:r>
        <w:rPr>
          <w:b/>
        </w:rPr>
        <w:t>John 18:37</w:t>
      </w:r>
      <w:r>
        <w:t xml:space="preserve"> — Pilate therefore said unto him, Art thou a king then? Jesus answered, Thou sayest that I am a king. To this end was I born, and for this cause came I into the world, that I should bear witness unto the truth. Every one that is of the truth heareth my voice.</w:t>
      </w:r>
    </w:p>
    <w:p>
      <w:r>
        <w:rPr>
          <w:b/>
        </w:rPr>
        <w:t>John 18:38</w:t>
      </w:r>
      <w:r>
        <w:t xml:space="preserve"> — Pilate saith unto him, What is truth? And when he had said this, he went out again unto the Jews, and saith unto them, I find in him no fault at all .</w:t>
      </w:r>
    </w:p>
    <w:p>
      <w:r>
        <w:rPr>
          <w:b/>
        </w:rPr>
        <w:t>John 8:40</w:t>
      </w:r>
      <w:r>
        <w:t xml:space="preserve"> — But now ye seek to kill me, a man that hath told you the truth, which I have heard of God: this did not Abraham.</w:t>
      </w:r>
    </w:p>
    <w:p>
      <w:r>
        <w:rPr>
          <w:b/>
        </w:rPr>
        <w:t>John 8:45</w:t>
      </w:r>
      <w:r>
        <w:t xml:space="preserve"> — And because I tell you the truth, ye believe me not.</w:t>
      </w:r>
    </w:p>
    <w:p>
      <w:r>
        <w:rPr>
          <w:b/>
        </w:rPr>
        <w:t>John 8:46</w:t>
      </w:r>
      <w:r>
        <w:t xml:space="preserve"> — Which of you convinceth me of sin? And if I say the truth, why do ye not believe me?</w:t>
      </w:r>
    </w:p>
    <w:p>
      <w:r>
        <w:rPr>
          <w:b/>
        </w:rPr>
        <w:t>Romans 15:8</w:t>
      </w:r>
      <w:r>
        <w:t xml:space="preserve"> — Now I say that Jesus Christ was a minister of the circumcision for the truth of God, to confirm the promises made unto the fathers:</w:t>
      </w:r>
    </w:p>
    <w:p>
      <w:r>
        <w:rPr>
          <w:b/>
        </w:rPr>
        <w:t>Matthew 22:16</w:t>
      </w:r>
      <w:r>
        <w:t xml:space="preserve"> — And they sent out unto him their disciples with the Herodians, saying, Master, we know that thou art true, and teachest the way of God in truth, neither carest thou for any man : for thou regardest not the person of men.</w:t>
      </w:r>
    </w:p>
    <w:p>
      <w:r>
        <w:rPr>
          <w:b/>
        </w:rPr>
        <w:t>John 5:33</w:t>
      </w:r>
      <w:r>
        <w:t xml:space="preserve"> — Ye sent unto John, and he bare witness unto the truth.</w:t>
      </w:r>
    </w:p>
    <w:p>
      <w:pPr>
        <w:pStyle w:val="Heading1"/>
      </w:pPr>
      <w:r>
        <w:t>III. THE SPIRIT OF TRUTH — SHE WHO GUIDES INTO ALL TRUTH</w:t>
      </w:r>
    </w:p>
    <w:p>
      <w:r>
        <w:rPr>
          <w:b/>
        </w:rPr>
        <w:t>John 14:17</w:t>
      </w:r>
      <w:r>
        <w:t xml:space="preserve"> — Even the Spirit of truth; whom the world cannot receive, because it seeth him not, neither knoweth him: but ye know him; for he dwelleth with you, and shall be in you.</w:t>
      </w:r>
    </w:p>
    <w:p>
      <w:r>
        <w:rPr>
          <w:b/>
        </w:rPr>
        <w:t>John 15:26</w:t>
      </w:r>
      <w:r>
        <w:t xml:space="preserve"> — But when the Comforter is come, whom I will send unto you from the Father, even the Spirit of truth, which proceedeth from the Father, he shall testify of me:</w:t>
      </w:r>
    </w:p>
    <w:p>
      <w:r>
        <w:rPr>
          <w:b/>
        </w:rPr>
        <w:t>John 16:13</w:t>
      </w:r>
      <w:r>
        <w:t xml:space="preserve"> — Howbeit when he, the Spirit of truth, is come, he will guide you into all truth: for he shall not speak of himself; but whatsoever he shall hear, that shall he speak: and he will shew you things to come.</w:t>
      </w:r>
    </w:p>
    <w:p>
      <w:r>
        <w:rPr>
          <w:b/>
        </w:rPr>
        <w:t>1 John 5:6</w:t>
      </w:r>
      <w:r>
        <w:t xml:space="preserve"> — This is he that came by water and blood, even Jesus Christ; not by water only, but by water and blood. And it is the Spirit that beareth witness, because the Spirit is truth.</w:t>
      </w:r>
    </w:p>
    <w:p>
      <w:r>
        <w:rPr>
          <w:b/>
        </w:rPr>
        <w:t>1 John 4:6</w:t>
      </w:r>
      <w:r>
        <w:t xml:space="preserve"> — We are of God: he that knoweth God heareth us; he that is not of God heareth not us. Hereby know we the spirit of truth, and the spirit of error.</w:t>
      </w:r>
    </w:p>
    <w:p>
      <w:r>
        <w:rPr>
          <w:b/>
        </w:rPr>
        <w:t>1 John 2:27</w:t>
      </w:r>
      <w:r>
        <w:t xml:space="preserve"> — But the anointing which ye have received of him abideth in you, and ye need not that any man teach you: but as the same anointing teacheth you of all things, and is truth, and is no lie, and even as it hath taught you, ye shall abide in him.</w:t>
      </w:r>
    </w:p>
    <w:p>
      <w:r>
        <w:rPr>
          <w:b/>
        </w:rPr>
        <w:t>Ephesians 5:9</w:t>
      </w:r>
      <w:r>
        <w:t xml:space="preserve"> — (For the fruit of the Spirit is in all goodness and righteousness and truth;)</w:t>
      </w:r>
    </w:p>
    <w:p>
      <w:pPr>
        <w:pStyle w:val="Heading1"/>
      </w:pPr>
      <w:r>
        <w:t>IV. THE WORD IS TRUTH — AND THE SEAL IS IN THE SAME VERSE</w:t>
      </w:r>
    </w:p>
    <w:p>
      <w:r>
        <w:rPr>
          <w:b/>
        </w:rPr>
        <w:t>John 17:17</w:t>
      </w:r>
      <w:r>
        <w:t xml:space="preserve"> — Sanctify them through thy truth: thy word is truth.</w:t>
      </w:r>
    </w:p>
    <w:p>
      <w:r>
        <w:rPr>
          <w:b/>
        </w:rPr>
        <w:t>John 17:19</w:t>
      </w:r>
      <w:r>
        <w:t xml:space="preserve"> — And for their sakes I sanctify myself, that they also might be sanctified through the truth.</w:t>
      </w:r>
    </w:p>
    <w:p>
      <w:r>
        <w:rPr>
          <w:b/>
        </w:rPr>
        <w:t>Psalms 119:142</w:t>
      </w:r>
      <w:r>
        <w:t xml:space="preserve"> — Thy righteousness is an everlasting righteousness, and thy law is the truth.</w:t>
      </w:r>
    </w:p>
    <w:p>
      <w:r>
        <w:rPr>
          <w:b/>
        </w:rPr>
        <w:t>Psalms 119:151</w:t>
      </w:r>
      <w:r>
        <w:t xml:space="preserve"> — Thou art near, O LORD ; and all thy commandments are truth.</w:t>
      </w:r>
    </w:p>
    <w:p>
      <w:r>
        <w:rPr>
          <w:b/>
        </w:rPr>
        <w:t>Psalms 119:43</w:t>
      </w:r>
      <w:r>
        <w:t xml:space="preserve"> — And take not the word of truth utterly out of my mouth; for I have hoped in thy judgments.</w:t>
      </w:r>
    </w:p>
    <w:p>
      <w:r>
        <w:rPr>
          <w:b/>
        </w:rPr>
        <w:t>Psalms 138:2</w:t>
      </w:r>
      <w:r>
        <w:t xml:space="preserve"> — I will worship toward thy holy temple, and praise thy name for thy lovingkindness and for thy truth: for thou hast magnified thy word above all thy name.</w:t>
      </w:r>
    </w:p>
    <w:p>
      <w:r>
        <w:rPr>
          <w:b/>
        </w:rPr>
        <w:t>Daniel 10:21</w:t>
      </w:r>
      <w:r>
        <w:t xml:space="preserve"> — But I will shew thee that which is noted in the scripture of truth: and there is none that holdeth with me in these things, but Michael your prince.</w:t>
      </w:r>
    </w:p>
    <w:p>
      <w:r>
        <w:rPr>
          <w:b/>
        </w:rPr>
        <w:t>Ephesians 1:13</w:t>
      </w:r>
      <w:r>
        <w:t xml:space="preserve"> — In whom ye also trusted , after that ye heard the word of truth, the gospel of your salvation: in whom also after that ye believed, ye were sealed with that holy Spirit of promise,</w:t>
      </w:r>
    </w:p>
    <w:p>
      <w:r>
        <w:rPr>
          <w:b/>
        </w:rPr>
        <w:t>Colossians 1:5</w:t>
      </w:r>
      <w:r>
        <w:t xml:space="preserve"> — For the hope which is laid up for you in heaven, whereof ye heard before in the word of the truth of the gospel;</w:t>
      </w:r>
    </w:p>
    <w:p>
      <w:r>
        <w:rPr>
          <w:b/>
        </w:rPr>
        <w:t>James 1:18</w:t>
      </w:r>
      <w:r>
        <w:t xml:space="preserve"> — Of his own will begat he us with the word of truth, that we should be a kind of firstfruits of his creatures.</w:t>
      </w:r>
    </w:p>
    <w:p>
      <w:r>
        <w:rPr>
          <w:b/>
        </w:rPr>
        <w:t>2 Timothy 2:15</w:t>
      </w:r>
      <w:r>
        <w:t xml:space="preserve"> — Study to shew thyself approved unto God, a workman that needeth not to be ashamed, rightly dividing the word of truth.</w:t>
      </w:r>
    </w:p>
    <w:p>
      <w:r>
        <w:rPr>
          <w:b/>
        </w:rPr>
        <w:t>1 Thessalonians 2:13</w:t>
      </w:r>
      <w:r>
        <w:t xml:space="preserve"> — For this cause also thank we God without ceasing, because, when ye received the word of God which ye heard of us, ye received it not as the word of men, but as it is in truth, the word of God, which effectually worketh also in you that believe.</w:t>
      </w:r>
    </w:p>
    <w:p>
      <w:r>
        <w:rPr>
          <w:b/>
        </w:rPr>
        <w:t>2 Corinthians 6:7</w:t>
      </w:r>
      <w:r>
        <w:t xml:space="preserve"> — By the word of truth, by the power of God, by the armour of righteousness on the right hand and on the left,</w:t>
      </w:r>
    </w:p>
    <w:p>
      <w:r>
        <w:rPr>
          <w:b/>
        </w:rPr>
        <w:t>Proverbs 22:21</w:t>
      </w:r>
      <w:r>
        <w:t xml:space="preserve"> — That I might make thee know the certainty of the words of truth; that thou mightest answer the words of truth to them that send unto thee?</w:t>
      </w:r>
    </w:p>
    <w:p>
      <w:r>
        <w:rPr>
          <w:b/>
        </w:rPr>
        <w:t>Ecclesiastes 12:10</w:t>
      </w:r>
      <w:r>
        <w:t xml:space="preserve"> — The preacher sought to find out acceptable words: and that which was written was upright, even words of truth.</w:t>
      </w:r>
    </w:p>
    <w:p>
      <w:pPr>
        <w:pStyle w:val="Heading1"/>
      </w:pPr>
      <w:r>
        <w:t>V. KNOWING THE TRUTH — FREEDOM, SALVATION, APPROVAL</w:t>
      </w:r>
    </w:p>
    <w:p>
      <w:r>
        <w:rPr>
          <w:b/>
        </w:rPr>
        <w:t>John 8:32</w:t>
      </w:r>
      <w:r>
        <w:t xml:space="preserve"> — And ye shall know the truth, and the truth shall make you free.</w:t>
      </w:r>
    </w:p>
    <w:p>
      <w:r>
        <w:rPr>
          <w:b/>
        </w:rPr>
        <w:t>1 Timothy 2:4</w:t>
      </w:r>
      <w:r>
        <w:t xml:space="preserve"> — Who will have all men to be saved, and to come unto the knowledge of the truth.</w:t>
      </w:r>
    </w:p>
    <w:p>
      <w:r>
        <w:rPr>
          <w:b/>
        </w:rPr>
        <w:t>2 Timothy 2:25</w:t>
      </w:r>
      <w:r>
        <w:t xml:space="preserve"> — In meekness instructing those that oppose themselves; if God peradventure will give them repentance to the acknowledging of the truth;</w:t>
      </w:r>
    </w:p>
    <w:p>
      <w:r>
        <w:rPr>
          <w:b/>
        </w:rPr>
        <w:t>2 Timothy 3:7</w:t>
      </w:r>
      <w:r>
        <w:t xml:space="preserve"> — Ever learning, and never able to come to the knowledge of the truth.</w:t>
      </w:r>
    </w:p>
    <w:p>
      <w:r>
        <w:rPr>
          <w:b/>
        </w:rPr>
        <w:t>Hebrews 10:26</w:t>
      </w:r>
      <w:r>
        <w:t xml:space="preserve"> — For if we sin wilfully after that we have received the knowledge of the truth, there remaineth no more sacrifice for sins,</w:t>
      </w:r>
    </w:p>
    <w:p>
      <w:r>
        <w:rPr>
          <w:b/>
        </w:rPr>
        <w:t>2 Peter 1:12</w:t>
      </w:r>
      <w:r>
        <w:t xml:space="preserve"> — Wherefore I will not be negligent to put you always in remembrance of these things, though ye know them , and be established in the present truth.</w:t>
      </w:r>
    </w:p>
    <w:p>
      <w:r>
        <w:rPr>
          <w:b/>
        </w:rPr>
        <w:t>Titus 1:1</w:t>
      </w:r>
      <w:r>
        <w:t xml:space="preserve"> — Paul, a servant of God, and an apostle of Jesus Christ, according to the faith of God’s elect, and the acknowledging of the truth which is after godliness;</w:t>
      </w:r>
    </w:p>
    <w:p>
      <w:r>
        <w:rPr>
          <w:b/>
        </w:rPr>
        <w:t>1 John 2:21</w:t>
      </w:r>
      <w:r>
        <w:t xml:space="preserve"> — I have not written unto you because ye know not the truth, but because ye know it, and that no lie is of the truth.</w:t>
      </w:r>
    </w:p>
    <w:p>
      <w:r>
        <w:rPr>
          <w:b/>
        </w:rPr>
        <w:t>1 John 3:19</w:t>
      </w:r>
      <w:r>
        <w:t xml:space="preserve"> — And hereby we know that we are of the truth, and shall assure our hearts before him.</w:t>
      </w:r>
    </w:p>
    <w:p>
      <w:pPr>
        <w:pStyle w:val="Heading1"/>
      </w:pPr>
      <w:r>
        <w:t>VI. WALKING, DOING, AND LIVING IN THE TRUTH</w:t>
      </w:r>
    </w:p>
    <w:p>
      <w:r>
        <w:rPr>
          <w:b/>
        </w:rPr>
        <w:t>John 3:21</w:t>
      </w:r>
      <w:r>
        <w:t xml:space="preserve"> — But he that doeth truth cometh to the light, that his deeds may be made manifest, that they are wrought in God.</w:t>
      </w:r>
    </w:p>
    <w:p>
      <w:r>
        <w:rPr>
          <w:b/>
        </w:rPr>
        <w:t>Psalms 86:11</w:t>
      </w:r>
      <w:r>
        <w:t xml:space="preserve"> — Teach me thy way, O LORD ; I will walk in thy truth: unite my heart to fear thy name.</w:t>
      </w:r>
    </w:p>
    <w:p>
      <w:r>
        <w:rPr>
          <w:b/>
        </w:rPr>
        <w:t>Psalms 26:3</w:t>
      </w:r>
      <w:r>
        <w:t xml:space="preserve"> — For thy lovingkindness is before mine eyes: and I have walked in thy truth.</w:t>
      </w:r>
    </w:p>
    <w:p>
      <w:r>
        <w:rPr>
          <w:b/>
        </w:rPr>
        <w:t>Psalms 15:2</w:t>
      </w:r>
      <w:r>
        <w:t xml:space="preserve"> — He that walketh uprightly, and worketh righteousness, and speaketh the truth in his heart.</w:t>
      </w:r>
    </w:p>
    <w:p>
      <w:r>
        <w:rPr>
          <w:b/>
        </w:rPr>
        <w:t>Psalms 51:6</w:t>
      </w:r>
      <w:r>
        <w:t xml:space="preserve"> — Behold, thou desirest truth in the inward parts: and in the hidden part thou shalt make me to know wisdom.</w:t>
      </w:r>
    </w:p>
    <w:p>
      <w:r>
        <w:rPr>
          <w:b/>
        </w:rPr>
        <w:t>Psalms 25:5</w:t>
      </w:r>
      <w:r>
        <w:t xml:space="preserve"> — Lead me in thy truth, and teach me: for thou art the God of my salvation; on thee do I wait all the day.</w:t>
      </w:r>
    </w:p>
    <w:p>
      <w:r>
        <w:rPr>
          <w:b/>
        </w:rPr>
        <w:t>Psalms 119:30</w:t>
      </w:r>
      <w:r>
        <w:t xml:space="preserve"> — I have chosen the way of truth: thy judgments have I laid before me .</w:t>
      </w:r>
    </w:p>
    <w:p>
      <w:r>
        <w:rPr>
          <w:b/>
        </w:rPr>
        <w:t>1 Kings 2:4</w:t>
      </w:r>
      <w:r>
        <w:t xml:space="preserve"> — That the LORD may continue his word which he spake concerning me, saying, If thy children take heed to their way, to walk before me in truth with all their heart and with all their soul, there shall not fail thee (said he) a man on the throne of Israel.</w:t>
      </w:r>
    </w:p>
    <w:p>
      <w:r>
        <w:rPr>
          <w:b/>
        </w:rPr>
        <w:t>2 Kings 20:3</w:t>
      </w:r>
      <w:r>
        <w:t xml:space="preserve"> — I beseech thee, O LORD , remember now how I have walked before thee in truth and with a perfect heart, and have done that which is good in thy sight. And Hezekiah wept sore.</w:t>
      </w:r>
    </w:p>
    <w:p>
      <w:r>
        <w:rPr>
          <w:b/>
        </w:rPr>
        <w:t>1 John 1:6</w:t>
      </w:r>
      <w:r>
        <w:t xml:space="preserve"> — If we say that we have fellowship with him, and walk in darkness, we lie, and do not the truth:</w:t>
      </w:r>
    </w:p>
    <w:p>
      <w:r>
        <w:rPr>
          <w:b/>
        </w:rPr>
        <w:t>1 John 3:18</w:t>
      </w:r>
      <w:r>
        <w:t xml:space="preserve"> — My little children, let us not love in word, neither in tongue; but in deed and in truth.</w:t>
      </w:r>
    </w:p>
    <w:p>
      <w:r>
        <w:rPr>
          <w:b/>
        </w:rPr>
        <w:t>2 John 1:1</w:t>
      </w:r>
      <w:r>
        <w:t xml:space="preserve"> — The elder unto the elect lady and her children, whom I love in the truth; and not I only, but also all they that have known the truth;</w:t>
      </w:r>
    </w:p>
    <w:p>
      <w:r>
        <w:rPr>
          <w:b/>
        </w:rPr>
        <w:t>2 John 1:2</w:t>
      </w:r>
      <w:r>
        <w:t xml:space="preserve"> — For the truth’s sake, which dwelleth in us, and shall be with us for ever.</w:t>
      </w:r>
    </w:p>
    <w:p>
      <w:r>
        <w:rPr>
          <w:b/>
        </w:rPr>
        <w:t>2 John 1:4</w:t>
      </w:r>
      <w:r>
        <w:t xml:space="preserve"> — I rejoiced greatly that I found of thy children walking in truth, as we have received a commandment from the Father.</w:t>
      </w:r>
    </w:p>
    <w:p>
      <w:r>
        <w:rPr>
          <w:b/>
        </w:rPr>
        <w:t>3 John 1:3</w:t>
      </w:r>
      <w:r>
        <w:t xml:space="preserve"> — For I rejoiced greatly, when the brethren came and testified of the truth that is in thee, even as thou walkest in the truth.</w:t>
      </w:r>
    </w:p>
    <w:p>
      <w:r>
        <w:rPr>
          <w:b/>
        </w:rPr>
        <w:t>3 John 1:4</w:t>
      </w:r>
      <w:r>
        <w:t xml:space="preserve"> — I have no greater joy than to hear that my children walk in truth.</w:t>
      </w:r>
    </w:p>
    <w:p>
      <w:r>
        <w:rPr>
          <w:b/>
        </w:rPr>
        <w:t>3 John 1:8</w:t>
      </w:r>
      <w:r>
        <w:t xml:space="preserve"> — We therefore ought to receive such, that we might be fellowhelpers to the truth.</w:t>
      </w:r>
    </w:p>
    <w:p>
      <w:r>
        <w:rPr>
          <w:b/>
        </w:rPr>
        <w:t>Ephesians 4:15</w:t>
      </w:r>
      <w:r>
        <w:t xml:space="preserve"> — But speaking the truth in love, may grow up into him in all things, which is the head, even Christ:</w:t>
      </w:r>
    </w:p>
    <w:p>
      <w:r>
        <w:rPr>
          <w:b/>
        </w:rPr>
        <w:t>Ephesians 4:21</w:t>
      </w:r>
      <w:r>
        <w:t xml:space="preserve"> — If so be that ye have heard him, and have been taught by him, as the truth is in Jesus:</w:t>
      </w:r>
    </w:p>
    <w:p>
      <w:r>
        <w:rPr>
          <w:b/>
        </w:rPr>
        <w:t>Ephesians 4:25</w:t>
      </w:r>
      <w:r>
        <w:t xml:space="preserve"> — Wherefore putting away lying, speak every man truth with his neighbour: for we are members one of another.</w:t>
      </w:r>
    </w:p>
    <w:p>
      <w:r>
        <w:rPr>
          <w:b/>
        </w:rPr>
        <w:t>1 Peter 1:22</w:t>
      </w:r>
      <w:r>
        <w:t xml:space="preserve"> — Seeing ye have purified your souls in obeying the truth through the Spirit unto unfeigned love of the brethren, see that ye love one another with a pure heart fervently:</w:t>
      </w:r>
    </w:p>
    <w:p>
      <w:r>
        <w:rPr>
          <w:b/>
        </w:rPr>
        <w:t>1 Corinthians 13:6</w:t>
      </w:r>
      <w:r>
        <w:t xml:space="preserve"> — Rejoiceth not in iniquity, but rejoiceth in the truth;</w:t>
      </w:r>
    </w:p>
    <w:p>
      <w:r>
        <w:rPr>
          <w:b/>
        </w:rPr>
        <w:t>Proverbs 23:23</w:t>
      </w:r>
      <w:r>
        <w:t xml:space="preserve"> — Buy the truth, and sell it not; also wisdom, and instruction, and understanding.</w:t>
      </w:r>
    </w:p>
    <w:p>
      <w:r>
        <w:rPr>
          <w:b/>
        </w:rPr>
        <w:t>Proverbs 3:3</w:t>
      </w:r>
      <w:r>
        <w:t xml:space="preserve"> — Let not mercy and truth forsake thee: bind them about thy neck; write them upon the table of thine heart:</w:t>
      </w:r>
    </w:p>
    <w:p>
      <w:r>
        <w:rPr>
          <w:b/>
        </w:rPr>
        <w:t>Zechariah 8:16</w:t>
      </w:r>
      <w:r>
        <w:t xml:space="preserve"> — These are the things that ye shall do; Speak ye every man the truth to his neighbour; execute the judgment of truth and peace in your gates:</w:t>
      </w:r>
    </w:p>
    <w:p>
      <w:r>
        <w:rPr>
          <w:b/>
        </w:rPr>
        <w:t>Isaiah 26:2</w:t>
      </w:r>
      <w:r>
        <w:t xml:space="preserve"> — Open ye the gates, that the righteous nation which keepeth the truth may enter in.</w:t>
      </w:r>
    </w:p>
    <w:p>
      <w:pPr>
        <w:pStyle w:val="Heading1"/>
      </w:pPr>
      <w:r>
        <w:t>VII. TRUTH AS SHIELD, BELT, AND BANNER — TRUTH THAT PRESERVES</w:t>
      </w:r>
    </w:p>
    <w:p>
      <w:r>
        <w:rPr>
          <w:b/>
        </w:rPr>
        <w:t>Ephesians 6:14</w:t>
      </w:r>
      <w:r>
        <w:t xml:space="preserve"> — Stand therefore, having your loins girt about with truth, and having on the breastplate of righteousness;</w:t>
      </w:r>
    </w:p>
    <w:p>
      <w:r>
        <w:rPr>
          <w:b/>
        </w:rPr>
        <w:t>Psalms 91:4</w:t>
      </w:r>
      <w:r>
        <w:t xml:space="preserve"> — He shall cover thee with his feathers, and under his wings shalt thou trust: his truth shall be thy shield and buckler.</w:t>
      </w:r>
    </w:p>
    <w:p>
      <w:r>
        <w:rPr>
          <w:b/>
        </w:rPr>
        <w:t>Psalms 43:3</w:t>
      </w:r>
      <w:r>
        <w:t xml:space="preserve"> — O send out thy light and thy truth: let them lead me; let them bring me unto thy holy hill, and to thy tabernacles.</w:t>
      </w:r>
    </w:p>
    <w:p>
      <w:r>
        <w:rPr>
          <w:b/>
        </w:rPr>
        <w:t>Psalms 40:11</w:t>
      </w:r>
      <w:r>
        <w:t xml:space="preserve"> — Withhold not thou thy tender mercies from me, O LORD : let thy lovingkindness and thy truth continually preserve me.</w:t>
      </w:r>
    </w:p>
    <w:p>
      <w:r>
        <w:rPr>
          <w:b/>
        </w:rPr>
        <w:t>Psalms 57:3</w:t>
      </w:r>
      <w:r>
        <w:t xml:space="preserve"> — He shall send from heaven, and save me from the reproach of him that would swallow me up. Selah. God shall send forth his mercy and his truth.</w:t>
      </w:r>
    </w:p>
    <w:p>
      <w:r>
        <w:rPr>
          <w:b/>
        </w:rPr>
        <w:t>Psalms 85:10</w:t>
      </w:r>
      <w:r>
        <w:t xml:space="preserve"> — Mercy and truth are met together; righteousness and peace have kissed each other .</w:t>
      </w:r>
    </w:p>
    <w:p>
      <w:r>
        <w:rPr>
          <w:b/>
        </w:rPr>
        <w:t>Psalms 85:11</w:t>
      </w:r>
      <w:r>
        <w:t xml:space="preserve"> — Truth shall spring out of the earth; and righteousness shall look down from heaven.</w:t>
      </w:r>
    </w:p>
    <w:p>
      <w:r>
        <w:rPr>
          <w:b/>
        </w:rPr>
        <w:t>Psalms 89:14</w:t>
      </w:r>
      <w:r>
        <w:t xml:space="preserve"> — Justice and judgment are the habitation of thy throne: mercy and truth shall go before thy face.</w:t>
      </w:r>
    </w:p>
    <w:p>
      <w:r>
        <w:rPr>
          <w:b/>
        </w:rPr>
        <w:t>Psalms 96:13</w:t>
      </w:r>
      <w:r>
        <w:t xml:space="preserve"> — Before the LORD : for he cometh, for he cometh to judge the earth: he shall judge the world with righteousness, and the people with his truth.</w:t>
      </w:r>
    </w:p>
    <w:p>
      <w:r>
        <w:rPr>
          <w:b/>
        </w:rPr>
        <w:t>Psalms 45:4</w:t>
      </w:r>
      <w:r>
        <w:t xml:space="preserve"> — And in thy majesty ride prosperously because of truth and meekness and righteousness; and thy right hand shall teach thee terrible things.</w:t>
      </w:r>
    </w:p>
    <w:p>
      <w:r>
        <w:rPr>
          <w:b/>
        </w:rPr>
        <w:t>Proverbs 16:6</w:t>
      </w:r>
      <w:r>
        <w:t xml:space="preserve"> — By mercy and truth iniquity is purged: and by the fear of the LORD men depart from evil.</w:t>
      </w:r>
    </w:p>
    <w:p>
      <w:r>
        <w:rPr>
          <w:b/>
        </w:rPr>
        <w:t>Proverbs 20:28</w:t>
      </w:r>
      <w:r>
        <w:t xml:space="preserve"> — Mercy and truth preserve the king: and his throne is upholden by mercy.</w:t>
      </w:r>
    </w:p>
    <w:p>
      <w:r>
        <w:rPr>
          <w:b/>
        </w:rPr>
        <w:t>Proverbs 12:19</w:t>
      </w:r>
      <w:r>
        <w:t xml:space="preserve"> — The lip of truth shall be established for ever: but a lying tongue is but for a moment.</w:t>
      </w:r>
    </w:p>
    <w:p>
      <w:r>
        <w:rPr>
          <w:b/>
        </w:rPr>
        <w:t>Isaiah 16:5</w:t>
      </w:r>
      <w:r>
        <w:t xml:space="preserve"> — And in mercy shall the throne be established: and he shall sit upon it in truth in the tabernacle of David, judging, and seeking judgment, and hasting righteousness.</w:t>
      </w:r>
    </w:p>
    <w:p>
      <w:r>
        <w:rPr>
          <w:b/>
        </w:rPr>
        <w:t>Zechariah 8:3</w:t>
      </w:r>
      <w:r>
        <w:t xml:space="preserve"> — Thus saith the LORD ; I am returned unto Zion, and will dwell in the midst of Jerusalem: and Jerusalem shall be called a city of truth; and the mountain of the LORD of hosts the holy mountain.</w:t>
      </w:r>
    </w:p>
    <w:p>
      <w:pPr>
        <w:pStyle w:val="Heading1"/>
      </w:pPr>
      <w:r>
        <w:t>VIII. TRUTH SUPPRESSED, RESISTED, AND FALLEN — THE WAR OVER TRUTH</w:t>
      </w:r>
    </w:p>
    <w:p>
      <w:r>
        <w:rPr>
          <w:b/>
        </w:rPr>
        <w:t>John 8:44</w:t>
      </w:r>
      <w:r>
        <w:t xml:space="preserve"> — Ye are of your father the devil, and the lusts of your father ye will do. He was a murderer from the beginning, and abode not in the truth, because there is no truth in him. When he speaketh a lie, he speaketh of his own: for he is a liar, and the father of it.</w:t>
      </w:r>
    </w:p>
    <w:p>
      <w:r>
        <w:rPr>
          <w:b/>
        </w:rPr>
        <w:t>Romans 1:18</w:t>
      </w:r>
      <w:r>
        <w:t xml:space="preserve"> — For the wrath of God is revealed from heaven against all ungodliness and unrighteousness of men, who hold the truth in unrighteousness;</w:t>
      </w:r>
    </w:p>
    <w:p>
      <w:r>
        <w:rPr>
          <w:b/>
        </w:rPr>
        <w:t>Romans 1:25</w:t>
      </w:r>
      <w:r>
        <w:t xml:space="preserve"> — Who changed the truth of God into a lie, and worshipped and served the creature more than the Creator, who is blessed for ever. Amen.</w:t>
      </w:r>
    </w:p>
    <w:p>
      <w:r>
        <w:rPr>
          <w:b/>
        </w:rPr>
        <w:t>Romans 2:8</w:t>
      </w:r>
      <w:r>
        <w:t xml:space="preserve"> — But unto them that are contentious, and do not obey the truth, but obey unrighteousness, indignation and wrath,</w:t>
      </w:r>
    </w:p>
    <w:p>
      <w:r>
        <w:rPr>
          <w:b/>
        </w:rPr>
        <w:t>2 Thessalonians 2:10</w:t>
      </w:r>
      <w:r>
        <w:t xml:space="preserve"> — And with all deceivableness of unrighteousness in them that perish; because they received not the love of the truth, that they might be saved.</w:t>
      </w:r>
    </w:p>
    <w:p>
      <w:r>
        <w:rPr>
          <w:b/>
        </w:rPr>
        <w:t>2 Thessalonians 2:12</w:t>
      </w:r>
      <w:r>
        <w:t xml:space="preserve"> — That they all might be damned who believed not the truth, but had pleasure in unrighteousness.</w:t>
      </w:r>
    </w:p>
    <w:p>
      <w:r>
        <w:rPr>
          <w:b/>
        </w:rPr>
        <w:t>2 Thessalonians 2:13</w:t>
      </w:r>
      <w:r>
        <w:t xml:space="preserve"> — But we are bound to give thanks alway to God for you, brethren beloved of the Lord, because God hath from the beginning chosen you to salvation through sanctification of the Spirit and belief of the truth:</w:t>
      </w:r>
    </w:p>
    <w:p>
      <w:r>
        <w:rPr>
          <w:b/>
        </w:rPr>
        <w:t>Daniel 8:12</w:t>
      </w:r>
      <w:r>
        <w:t xml:space="preserve"> — And an host was given him against the daily sacrifice by reason of transgression, and it cast down the truth to the ground; and it practised, and prospered.</w:t>
      </w:r>
    </w:p>
    <w:p>
      <w:r>
        <w:rPr>
          <w:b/>
        </w:rPr>
        <w:t>Isaiah 59:14</w:t>
      </w:r>
      <w:r>
        <w:t xml:space="preserve"> — And judgment is turned away backward, and justice standeth afar off: for truth is fallen in the street, and equity cannot enter.</w:t>
      </w:r>
    </w:p>
    <w:p>
      <w:r>
        <w:rPr>
          <w:b/>
        </w:rPr>
        <w:t>Isaiah 59:15</w:t>
      </w:r>
      <w:r>
        <w:t xml:space="preserve"> — Yea, truth faileth; and he that departeth from evil maketh himself a prey: and the LORD saw it , and it displeased him that there was no judgment.</w:t>
      </w:r>
    </w:p>
    <w:p>
      <w:r>
        <w:rPr>
          <w:b/>
        </w:rPr>
        <w:t>Jeremiah 5:1</w:t>
      </w:r>
      <w:r>
        <w:t xml:space="preserve"> — Run ye to and fro through the streets of Jerusalem, and see now, and know, and seek in the broad places thereof, if ye can find a man, if there be any that executeth judgment, that seeketh the truth; and I will pardon it.</w:t>
      </w:r>
    </w:p>
    <w:p>
      <w:r>
        <w:rPr>
          <w:b/>
        </w:rPr>
        <w:t>Jeremiah 5:3</w:t>
      </w:r>
      <w:r>
        <w:t xml:space="preserve"> — O LORD , are not thine eyes upon the truth? thou hast stricken them, but they have not grieved; thou hast consumed them, but they have refused to receive correction: they have made their faces harder than a rock; they have refused to return.</w:t>
      </w:r>
    </w:p>
    <w:p>
      <w:r>
        <w:rPr>
          <w:b/>
        </w:rPr>
        <w:t>Jeremiah 7:28</w:t>
      </w:r>
      <w:r>
        <w:t xml:space="preserve"> — But thou shalt say unto them, This is a nation that obeyeth not the voice of the LORD their God, nor receiveth correction: truth is perished, and is cut off from their mouth.</w:t>
      </w:r>
    </w:p>
    <w:p>
      <w:r>
        <w:rPr>
          <w:b/>
        </w:rPr>
        <w:t>Jeremiah 9:3</w:t>
      </w:r>
      <w:r>
        <w:t xml:space="preserve"> — And they bend their tongues like their bow for lies: but they are not valiant for the truth upon the earth; for they proceed from evil to evil, and they know not me, saith the LORD .</w:t>
      </w:r>
    </w:p>
    <w:p>
      <w:r>
        <w:rPr>
          <w:b/>
        </w:rPr>
        <w:t>Hosea 4:1</w:t>
      </w:r>
      <w:r>
        <w:t xml:space="preserve"> — Hear the word of the LORD , ye children of Israel: for the LORD hath a controversy with the inhabitants of the land, because there is no truth, nor mercy, nor knowledge of God in the land.</w:t>
      </w:r>
    </w:p>
    <w:p>
      <w:r>
        <w:rPr>
          <w:b/>
        </w:rPr>
        <w:t>Galatians 3:1</w:t>
      </w:r>
      <w:r>
        <w:t xml:space="preserve"> — O foolish Galatians, who hath bewitched you, that ye should not obey the truth, before whose eyes Jesus Christ hath been evidently set forth, crucified among you?</w:t>
      </w:r>
    </w:p>
    <w:p>
      <w:r>
        <w:rPr>
          <w:b/>
        </w:rPr>
        <w:t>Galatians 5:7</w:t>
      </w:r>
      <w:r>
        <w:t xml:space="preserve"> — Ye did run well; who did hinder you that ye should not obey the truth?</w:t>
      </w:r>
    </w:p>
    <w:p>
      <w:r>
        <w:rPr>
          <w:b/>
        </w:rPr>
        <w:t>Galatians 2:5</w:t>
      </w:r>
      <w:r>
        <w:t xml:space="preserve"> — To whom we gave place by subjection, no, not for an hour; that the truth of the gospel might continue with you.</w:t>
      </w:r>
    </w:p>
    <w:p>
      <w:r>
        <w:rPr>
          <w:b/>
        </w:rPr>
        <w:t>Galatians 2:14</w:t>
      </w:r>
      <w:r>
        <w:t xml:space="preserve"> — But when I saw that they walked not uprightly according to the truth of the gospel, I said unto Peter before them all, If thou, being a Jew, livest after the manner of Gentiles, and not as do the Jews, why compellest thou the Gentiles to live as do the Jews?</w:t>
      </w:r>
    </w:p>
    <w:p>
      <w:r>
        <w:rPr>
          <w:b/>
        </w:rPr>
        <w:t>2 Timothy 3:8</w:t>
      </w:r>
      <w:r>
        <w:t xml:space="preserve"> — Now as Jannes and Jambres withstood Moses, so do these also resist the truth: men of corrupt minds, reprobate concerning the faith.</w:t>
      </w:r>
    </w:p>
    <w:p>
      <w:r>
        <w:rPr>
          <w:b/>
        </w:rPr>
        <w:t>2 Timothy 4:4</w:t>
      </w:r>
      <w:r>
        <w:t xml:space="preserve"> — And they shall turn away their ears from the truth, and shall be turned unto fables.</w:t>
      </w:r>
    </w:p>
    <w:p>
      <w:r>
        <w:rPr>
          <w:b/>
        </w:rPr>
        <w:t>1 Timothy 6:5</w:t>
      </w:r>
      <w:r>
        <w:t xml:space="preserve"> — Perverse disputings of men of corrupt minds, and destitute of the truth, supposing that gain is godliness: from such withdraw thyself.</w:t>
      </w:r>
    </w:p>
    <w:p>
      <w:r>
        <w:rPr>
          <w:b/>
        </w:rPr>
        <w:t>2 Peter 2:2</w:t>
      </w:r>
      <w:r>
        <w:t xml:space="preserve"> — And many shall follow their pernicious ways; by reason of whom the way of truth shall be evil spoken of.</w:t>
      </w:r>
    </w:p>
    <w:p>
      <w:r>
        <w:rPr>
          <w:b/>
        </w:rPr>
        <w:t>1 John 1:8</w:t>
      </w:r>
      <w:r>
        <w:t xml:space="preserve"> — If we say that we have no sin, we deceive ourselves, and the truth is not in us.</w:t>
      </w:r>
    </w:p>
    <w:p>
      <w:r>
        <w:rPr>
          <w:b/>
        </w:rPr>
        <w:t>1 John 2:4</w:t>
      </w:r>
      <w:r>
        <w:t xml:space="preserve"> — He that saith, I know him, and keepeth not his commandments, is a liar, and the truth is not in him.</w:t>
      </w:r>
    </w:p>
    <w:p>
      <w:r>
        <w:rPr>
          <w:b/>
        </w:rPr>
        <w:t>2 Corinthians 13:8</w:t>
      </w:r>
      <w:r>
        <w:t xml:space="preserve"> — For we can do nothing against the truth, but for the truth.</w:t>
      </w:r>
    </w:p>
    <w:p>
      <w:r>
        <w:rPr>
          <w:b/>
        </w:rPr>
        <w:t>James 3:14</w:t>
      </w:r>
      <w:r>
        <w:t xml:space="preserve"> — But if ye have bitter envying and strife in your hearts, glory not, and lie not against the truth.</w:t>
      </w:r>
    </w:p>
    <w:p>
      <w:r>
        <w:rPr>
          <w:b/>
        </w:rPr>
        <w:t>James 5:19</w:t>
      </w:r>
      <w:r>
        <w:t xml:space="preserve"> — Brethren, if any of you do err from the truth, and one convert him;</w:t>
      </w:r>
    </w:p>
    <w:p>
      <w:r>
        <w:rPr>
          <w:b/>
        </w:rPr>
        <w:t>2 Timothy 2:18</w:t>
      </w:r>
      <w:r>
        <w:t xml:space="preserve"> — Who concerning the truth have erred, saying that the resurrection is past already; and overthrow the faith of some.</w:t>
      </w:r>
    </w:p>
    <w:p>
      <w:pPr>
        <w:pStyle w:val="Heading1"/>
      </w:pPr>
      <w:r>
        <w:t>IX. TRUTH AT THE ALTAR — WORSHIP, PRAYER, AND SERVICE IN TRUTH</w:t>
      </w:r>
    </w:p>
    <w:p>
      <w:r>
        <w:rPr>
          <w:b/>
        </w:rPr>
        <w:t>John 4:23</w:t>
      </w:r>
      <w:r>
        <w:t xml:space="preserve"> — But the hour cometh, and now is, when the true worshippers shall worship the Father in spirit and in truth: for the Father seeketh such to worship him.</w:t>
      </w:r>
    </w:p>
    <w:p>
      <w:r>
        <w:rPr>
          <w:b/>
        </w:rPr>
        <w:t>John 4:24</w:t>
      </w:r>
      <w:r>
        <w:t xml:space="preserve"> — God is a Spirit: and they that worship him must worship him in spirit and in truth.</w:t>
      </w:r>
    </w:p>
    <w:p>
      <w:r>
        <w:rPr>
          <w:b/>
        </w:rPr>
        <w:t>Psalms 145:18</w:t>
      </w:r>
      <w:r>
        <w:t xml:space="preserve"> — The LORD is nigh unto all them that call upon him, to all that call upon him in truth.</w:t>
      </w:r>
    </w:p>
    <w:p>
      <w:r>
        <w:rPr>
          <w:b/>
        </w:rPr>
        <w:t>Joshua 24:14</w:t>
      </w:r>
      <w:r>
        <w:t xml:space="preserve"> — Now therefore fear the LORD , and serve him in sincerity and in truth: and put away the gods which your fathers served on the other side of the flood, and in Egypt; and serve ye the LORD .</w:t>
      </w:r>
    </w:p>
    <w:p>
      <w:r>
        <w:rPr>
          <w:b/>
        </w:rPr>
        <w:t>1 Samuel 12:24</w:t>
      </w:r>
      <w:r>
        <w:t xml:space="preserve"> — Only fear the LORD , and serve him in truth with all your heart: for consider how great things he hath done for you.</w:t>
      </w:r>
    </w:p>
    <w:p>
      <w:r>
        <w:rPr>
          <w:b/>
        </w:rPr>
        <w:t>1 Corinthians 5:8</w:t>
      </w:r>
      <w:r>
        <w:t xml:space="preserve"> — Therefore let us keep the feast, not with old leaven, neither with the leaven of malice and wickedness; but with the unleavened bread of sincerity and truth.</w:t>
      </w:r>
    </w:p>
    <w:p>
      <w:r>
        <w:rPr>
          <w:b/>
        </w:rPr>
        <w:t>Malachi 2:6</w:t>
      </w:r>
      <w:r>
        <w:t xml:space="preserve"> — The law of truth was in his mouth, and iniquity was not found in his lips: he walked with me in peace and equity, and did turn many away from iniquity.</w:t>
      </w:r>
    </w:p>
    <w:p>
      <w:r>
        <w:rPr>
          <w:b/>
        </w:rPr>
        <w:t>1 Kings 17:24</w:t>
      </w:r>
      <w:r>
        <w:t xml:space="preserve"> — And the woman said to Elijah, Now by this I know that thou art a man of God, and that the word of the LORD in thy mouth is truth.</w:t>
      </w:r>
    </w:p>
    <w:p>
      <w:r>
        <w:rPr>
          <w:b/>
        </w:rPr>
        <w:t>Isaiah 38:19</w:t>
      </w:r>
      <w:r>
        <w:t xml:space="preserve"> — The living, the living, he shall praise thee, as I do this day: the father to the children shall make known thy truth.</w:t>
      </w:r>
    </w:p>
    <w:p>
      <w:r>
        <w:rPr>
          <w:b/>
        </w:rPr>
        <w:t>Jeremiah 4:2</w:t>
      </w:r>
      <w:r>
        <w:t xml:space="preserve"> — And thou shalt swear, The LORD liveth, in truth, in judgment, and in righteousness; and the nations shall bless themselves in him, and in him shall they glory.</w:t>
      </w:r>
    </w:p>
    <w:p>
      <w:r>
        <w:rPr>
          <w:b/>
        </w:rPr>
        <w:t>Zechariah 8:19</w:t>
      </w:r>
      <w:r>
        <w:t xml:space="preserve"> — Thus saith the LORD of hosts; The fast of the fourth month , and the fast of the fifth, and the fast of the seventh, and the fast of the tenth, shall be to the house of Judah joy and gladness, and cheerful feasts; therefore love the truth and peace.</w:t>
      </w:r>
    </w:p>
    <w:p>
      <w:r>
        <w:rPr>
          <w:b/>
        </w:rPr>
        <w:t>Zechariah 8:8</w:t>
      </w:r>
      <w:r>
        <w:t xml:space="preserve"> — And I will bring them, and they shall dwell in the midst of Jerusalem: and they shall be my people, and I will be their God, in truth and in righteousness.</w:t>
      </w:r>
    </w:p>
    <w:p>
      <w:pPr>
        <w:pStyle w:val="Heading1"/>
      </w:pPr>
      <w:r>
        <w:t>APPENDIX — THE PATTERN: HE SPOKE NOT HIS OWN</w:t>
      </w:r>
    </w:p>
    <w:p>
      <w:r>
        <w:rPr>
          <w:i/>
        </w:rPr>
        <w:t>The framing texts of the Author's commission — his perceived reflection of the pattern: filled with the Holy Spirit, led by Her thereafter in full obedience, speaking not his own heart, after the pattern of Jesus, which the Spirit of truth Herself repeats.</w:t>
      </w:r>
    </w:p>
    <w:p>
      <w:r>
        <w:rPr>
          <w:b/>
        </w:rPr>
        <w:t>Matthew 3:16</w:t>
      </w:r>
      <w:r>
        <w:t xml:space="preserve"> — And Jesus, when he was baptized, went up straightway out of the water: and, lo, the heavens were opened unto him, and he saw the Spirit of God descending like a dove, and lighting upon him:</w:t>
      </w:r>
    </w:p>
    <w:p>
      <w:r>
        <w:rPr>
          <w:b/>
        </w:rPr>
        <w:t>Luke 4:1</w:t>
      </w:r>
      <w:r>
        <w:t xml:space="preserve"> — And Jesus being full of the Holy Ghost returned from Jordan, and was led by the Spirit into the wilderness,</w:t>
      </w:r>
    </w:p>
    <w:p>
      <w:r>
        <w:rPr>
          <w:b/>
        </w:rPr>
        <w:t>John 5:30</w:t>
      </w:r>
      <w:r>
        <w:t xml:space="preserve"> — I can of mine own self do nothing: as I hear, I judge: and my judgment is just; because I seek not mine own will, but the will of the Father which hath sent me.</w:t>
      </w:r>
    </w:p>
    <w:p>
      <w:r>
        <w:rPr>
          <w:b/>
        </w:rPr>
        <w:t>John 7:16</w:t>
      </w:r>
      <w:r>
        <w:t xml:space="preserve"> — Jesus answered them, and said, My doctrine is not mine, but his that sent me.</w:t>
      </w:r>
    </w:p>
    <w:p>
      <w:r>
        <w:rPr>
          <w:b/>
        </w:rPr>
        <w:t>John 8:28</w:t>
      </w:r>
      <w:r>
        <w:t xml:space="preserve"> — Then said Jesus unto them, When ye have lifted up the Son of man, then shall ye know that I am he , and that I do nothing of myself; but as my Father hath taught me, I speak these things.</w:t>
      </w:r>
    </w:p>
    <w:p>
      <w:r>
        <w:rPr>
          <w:b/>
        </w:rPr>
        <w:t>John 12:49</w:t>
      </w:r>
      <w:r>
        <w:t xml:space="preserve"> — For I have not spoken of myself; but the Father which sent me, he gave me a commandment, what I should say, and what I should speak.</w:t>
      </w:r>
    </w:p>
    <w:p>
      <w:r>
        <w:rPr>
          <w:b/>
        </w:rPr>
        <w:t>John 14:10</w:t>
      </w:r>
      <w:r>
        <w:t xml:space="preserve"> — Believest thou not that I am in the Father, and the Father in me? the words that I speak unto you I speak not of myself: but the Father that dwelleth in me, he doeth the works.</w:t>
      </w:r>
    </w:p>
    <w:p>
      <w:r>
        <w:rPr>
          <w:b/>
        </w:rPr>
        <w:t>John 16:13</w:t>
      </w:r>
      <w:r>
        <w:t xml:space="preserve"> — Howbeit when he, the Spirit of truth, is come, he will guide you into all truth: for he shall not speak of himself; but whatsoever he shall hear, that shall he speak: and he will shew you things to come.</w:t>
      </w:r>
    </w:p>
    <w:p>
      <w:r>
        <w:rPr>
          <w:i/>
        </w:rPr>
        <w:t>143 emphasized references. Full extraction: 224 KJV verses contain the word "truth"; this concordance keeps the ones where Truth is the emphasis.</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